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C3" w:rsidRPr="00F10E13" w:rsidRDefault="008C5617">
      <w:pPr>
        <w:pStyle w:val="aa"/>
        <w:jc w:val="center"/>
        <w:rPr>
          <w:lang w:val="ru-RU"/>
        </w:rPr>
      </w:pPr>
      <w:r w:rsidRPr="00F10E13">
        <w:rPr>
          <w:lang w:val="ru-RU"/>
        </w:rPr>
        <w:t>ПУБЛИЧНАЯ ОФЕРТА</w:t>
      </w:r>
    </w:p>
    <w:p w:rsidR="00DF3AC3" w:rsidRPr="00F10E13" w:rsidRDefault="008C5617">
      <w:pPr>
        <w:jc w:val="center"/>
        <w:rPr>
          <w:lang w:val="ru-RU"/>
        </w:rPr>
      </w:pPr>
      <w:r w:rsidRPr="00F10E13">
        <w:rPr>
          <w:b/>
          <w:sz w:val="25"/>
          <w:lang w:val="ru-RU"/>
        </w:rPr>
        <w:t>о заключении договора предоставления цифровых материалов</w:t>
      </w:r>
      <w:r w:rsidRPr="00F10E13">
        <w:rPr>
          <w:b/>
          <w:sz w:val="25"/>
          <w:lang w:val="ru-RU"/>
        </w:rPr>
        <w:br/>
        <w:t>и простой (неисключительной) лицензии</w:t>
      </w:r>
    </w:p>
    <w:p w:rsidR="00DF3AC3" w:rsidRPr="00F10E13" w:rsidRDefault="008C5617">
      <w:pPr>
        <w:jc w:val="right"/>
        <w:rPr>
          <w:lang w:val="ru-RU"/>
        </w:rPr>
      </w:pPr>
      <w:r w:rsidRPr="00F10E13">
        <w:rPr>
          <w:i/>
          <w:lang w:val="ru-RU"/>
        </w:rPr>
        <w:t>Редакция от 11 августа 2026 года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t>1. Общие положения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1.1. </w:t>
      </w:r>
      <w:r w:rsidRPr="00F10E13">
        <w:rPr>
          <w:lang w:val="ru-RU"/>
        </w:rPr>
        <w:t xml:space="preserve">Настоящий документ является официальным публичным предложением Продавца заключить </w:t>
      </w:r>
      <w:r w:rsidRPr="00F10E13">
        <w:rPr>
          <w:lang w:val="ru-RU"/>
        </w:rPr>
        <w:t xml:space="preserve">договор на условиях, изложенных ниже, в отношении цифровых материалов, размещенных в интернет-магазине «Учебные материалы» по адресу: </w:t>
      </w:r>
      <w:r>
        <w:t>https</w:t>
      </w:r>
      <w:r w:rsidRPr="00F10E13">
        <w:rPr>
          <w:lang w:val="ru-RU"/>
        </w:rPr>
        <w:t>://</w:t>
      </w:r>
      <w:proofErr w:type="spellStart"/>
      <w:r>
        <w:t>uchebnye</w:t>
      </w:r>
      <w:proofErr w:type="spellEnd"/>
      <w:r w:rsidRPr="00F10E13">
        <w:rPr>
          <w:lang w:val="ru-RU"/>
        </w:rPr>
        <w:t>-</w:t>
      </w:r>
      <w:proofErr w:type="spellStart"/>
      <w:r>
        <w:t>materialy</w:t>
      </w:r>
      <w:proofErr w:type="spellEnd"/>
      <w:r w:rsidRPr="00F10E13">
        <w:rPr>
          <w:lang w:val="ru-RU"/>
        </w:rPr>
        <w:t>.</w:t>
      </w:r>
      <w:proofErr w:type="spellStart"/>
      <w:r>
        <w:t>ru</w:t>
      </w:r>
      <w:proofErr w:type="spellEnd"/>
      <w:r w:rsidRPr="00F10E13">
        <w:rPr>
          <w:lang w:val="ru-RU"/>
        </w:rPr>
        <w:t>/.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1.2. </w:t>
      </w:r>
      <w:r w:rsidRPr="00F10E13">
        <w:rPr>
          <w:lang w:val="ru-RU"/>
        </w:rPr>
        <w:t>Оферта адресована дееспособным физическим лицам, приобретающим цифровые материалы для</w:t>
      </w:r>
      <w:r w:rsidRPr="00F10E13">
        <w:rPr>
          <w:lang w:val="ru-RU"/>
        </w:rPr>
        <w:t xml:space="preserve"> личных, семейных, домашних, образовательных и иных нужд, не связанных с перепродажей самих цифровых материалов, а также иным лицам, если иное не указано в карточке конкретного материала.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1.3. </w:t>
      </w:r>
      <w:r w:rsidRPr="00F10E13">
        <w:rPr>
          <w:lang w:val="ru-RU"/>
        </w:rPr>
        <w:t>Договор считается заключенным с момента полного и безоговорочно</w:t>
      </w:r>
      <w:r w:rsidRPr="00F10E13">
        <w:rPr>
          <w:lang w:val="ru-RU"/>
        </w:rPr>
        <w:t xml:space="preserve">го акцепта Оферты Покупателем. Акцептом является оформление заказа и его оплата, а также иные действия, прямо свидетельствующие о согласии Покупателя с условиями Оферты. Оплата заказа означает, что Покупатель ознакомился с Офертой и принимает ее условия в </w:t>
      </w:r>
      <w:r w:rsidRPr="00F10E13">
        <w:rPr>
          <w:lang w:val="ru-RU"/>
        </w:rPr>
        <w:t>полном объеме.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1.4. </w:t>
      </w:r>
      <w:r w:rsidRPr="00F10E13">
        <w:rPr>
          <w:lang w:val="ru-RU"/>
        </w:rPr>
        <w:t xml:space="preserve">Настоящая Оферта применяется совместно с описанием конкретного цифрового материала, размещенным на Сайте. Если для отдельного материала в его карточке прямо установлены специальные условия использования, форматы, состав комплекта, срок </w:t>
      </w:r>
      <w:r w:rsidRPr="00F10E13">
        <w:rPr>
          <w:lang w:val="ru-RU"/>
        </w:rPr>
        <w:t>или способ доступа, такие специальные условия применяются к соответствующему заказу.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lang w:val="ru-RU"/>
        </w:rPr>
        <w:t>Термины и определения: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Продавец — лицо, указанное в разделе 11 настоящей Оферты, осуществляющее реализацию цифровых материалов через Сайт.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Покупатель — лицо, оформивше</w:t>
      </w:r>
      <w:r w:rsidRPr="00F10E13">
        <w:rPr>
          <w:lang w:val="ru-RU"/>
        </w:rPr>
        <w:t>е и оплатившее заказ на Сайте.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 xml:space="preserve">• Сайт — интернет-магазин «Учебные материалы», расположенный по адресу </w:t>
      </w:r>
      <w:r>
        <w:t>https</w:t>
      </w:r>
      <w:r w:rsidRPr="00F10E13">
        <w:rPr>
          <w:lang w:val="ru-RU"/>
        </w:rPr>
        <w:t>://</w:t>
      </w:r>
      <w:proofErr w:type="spellStart"/>
      <w:r>
        <w:t>uchebnye</w:t>
      </w:r>
      <w:proofErr w:type="spellEnd"/>
      <w:r w:rsidRPr="00F10E13">
        <w:rPr>
          <w:lang w:val="ru-RU"/>
        </w:rPr>
        <w:t>-</w:t>
      </w:r>
      <w:proofErr w:type="spellStart"/>
      <w:r>
        <w:t>materialy</w:t>
      </w:r>
      <w:proofErr w:type="spellEnd"/>
      <w:r w:rsidRPr="00F10E13">
        <w:rPr>
          <w:lang w:val="ru-RU"/>
        </w:rPr>
        <w:t>.</w:t>
      </w:r>
      <w:proofErr w:type="spellStart"/>
      <w:r>
        <w:t>ru</w:t>
      </w:r>
      <w:proofErr w:type="spellEnd"/>
      <w:r w:rsidRPr="00F10E13">
        <w:rPr>
          <w:lang w:val="ru-RU"/>
        </w:rPr>
        <w:t>/.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Цифровой материал — охраняемый результат интеллектуальной деятельности и/или электронный информационный материал, предос</w:t>
      </w:r>
      <w:r w:rsidRPr="00F10E13">
        <w:rPr>
          <w:lang w:val="ru-RU"/>
        </w:rPr>
        <w:t>тавляемый в виде файла, архива файлов, изображения, презентации, рабочего листа, шаблона, методического материала, видео, аудио либо иного цифрового объекта в формате, указанном на Сайте.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Карточка материала — страница Сайта с описанием цифрового материал</w:t>
      </w:r>
      <w:r w:rsidRPr="00F10E13">
        <w:rPr>
          <w:lang w:val="ru-RU"/>
        </w:rPr>
        <w:t>а, его составом, форматом, ценой и, при необходимости, дополнительными условиями использования.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Доступ — предоставление Покупателю технической возможности получить цифровой материал электронным способом, указанным на Сайте или при оформлении заказа.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Ли</w:t>
      </w:r>
      <w:r w:rsidRPr="00F10E13">
        <w:rPr>
          <w:lang w:val="ru-RU"/>
        </w:rPr>
        <w:t>цензия — простая (неисключительная) лицензия на использование цифрового материала в пределах, предусмотренных настоящей Офертой и карточкой материала.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t>2. Предмет Договора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2.1. </w:t>
      </w:r>
      <w:r w:rsidRPr="00F10E13">
        <w:rPr>
          <w:lang w:val="ru-RU"/>
        </w:rPr>
        <w:t>Продавец обязуется после оплаты предоставить Покупателю доступ к выбранному цифр</w:t>
      </w:r>
      <w:r w:rsidRPr="00F10E13">
        <w:rPr>
          <w:lang w:val="ru-RU"/>
        </w:rPr>
        <w:t xml:space="preserve">овому материалу и право его использования на условиях простой (неисключительной) </w:t>
      </w:r>
      <w:r w:rsidRPr="00F10E13">
        <w:rPr>
          <w:lang w:val="ru-RU"/>
        </w:rPr>
        <w:lastRenderedPageBreak/>
        <w:t>лицензии, а Покупатель обязуется оплатить заказ и соблюдать установленные условия использования.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2.2. </w:t>
      </w:r>
      <w:r w:rsidRPr="00F10E13">
        <w:rPr>
          <w:lang w:val="ru-RU"/>
        </w:rPr>
        <w:t>Наименование, состав, формат, основные характеристики, стоимость цифровог</w:t>
      </w:r>
      <w:r w:rsidRPr="00F10E13">
        <w:rPr>
          <w:lang w:val="ru-RU"/>
        </w:rPr>
        <w:t>о материала и иные индивидуальные условия определяются по информации, размещенной в карточке материала на момент оформления заказа.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2.3. </w:t>
      </w:r>
      <w:r w:rsidRPr="00F10E13">
        <w:rPr>
          <w:lang w:val="ru-RU"/>
        </w:rPr>
        <w:t>Исключительное право на цифровой материал не передается Покупателю. Если иное прямо не указано в карточке материала, По</w:t>
      </w:r>
      <w:r w:rsidRPr="00F10E13">
        <w:rPr>
          <w:lang w:val="ru-RU"/>
        </w:rPr>
        <w:t>купатель получает только право использования материала в пределах настоящей Оферты. Авторские и иные исключительные права сохраняются за соответствующим правообладателем.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2.4. </w:t>
      </w:r>
      <w:r w:rsidRPr="00F10E13">
        <w:rPr>
          <w:lang w:val="ru-RU"/>
        </w:rPr>
        <w:t>Если иное не указано в карточке материала, лицензия предоставляется на территори</w:t>
      </w:r>
      <w:r w:rsidRPr="00F10E13">
        <w:rPr>
          <w:lang w:val="ru-RU"/>
        </w:rPr>
        <w:t>и всего мира на весь срок действия исключительного права на соответствующий материал.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2.5. </w:t>
      </w:r>
      <w:r w:rsidRPr="00F10E13">
        <w:rPr>
          <w:lang w:val="ru-RU"/>
        </w:rPr>
        <w:t>Покупателю разрешается: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скачивать и хранить приобретенный цифровой материал на принадлежащих ему устройствах и носителях;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распечатывать материал для собственного</w:t>
      </w:r>
      <w:r w:rsidRPr="00F10E13">
        <w:rPr>
          <w:lang w:val="ru-RU"/>
        </w:rPr>
        <w:t xml:space="preserve"> использования, использования в семье, а также для проведения Покупателем собственных занятий с детьми, учениками или воспитанниками;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 xml:space="preserve">• демонстрировать материал на экране, интерактивной доске, проекторе или ином оборудовании в ходе занятий, которые </w:t>
      </w:r>
      <w:r w:rsidRPr="00F10E13">
        <w:rPr>
          <w:lang w:val="ru-RU"/>
        </w:rPr>
        <w:t>проводит сам Покупатель;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использовать материал повторно в собственной образовательной практике без передачи исходного электронного файла третьим лицам, если иное не указано в карточке материала.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2.6. </w:t>
      </w:r>
      <w:r w:rsidRPr="00F10E13">
        <w:rPr>
          <w:lang w:val="ru-RU"/>
        </w:rPr>
        <w:t xml:space="preserve">Без отдельного письменного разрешения правообладателя </w:t>
      </w:r>
      <w:r w:rsidRPr="00F10E13">
        <w:rPr>
          <w:lang w:val="ru-RU"/>
        </w:rPr>
        <w:t>запрещается: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перепродавать, дарить, обменивать, передавать или иным способом распространять электронный файл материала либо ссылку для его получения;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размещать материал полностью или в существенной части на сайтах, в социальных сетях, мессенджерах, обл</w:t>
      </w:r>
      <w:r w:rsidRPr="00F10E13">
        <w:rPr>
          <w:lang w:val="ru-RU"/>
        </w:rPr>
        <w:t>ачных хранилищах с открытым или групповым доступом, электронных библиотеках, базах данных и иных ресурсах, доступных третьим лицам;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 xml:space="preserve">• включать цифровой материал или его существенную часть в собственные платные наборы, курсы, сборники, базы данных или иные </w:t>
      </w:r>
      <w:r w:rsidRPr="00F10E13">
        <w:rPr>
          <w:lang w:val="ru-RU"/>
        </w:rPr>
        <w:t>продукты для дальнейшего распространения;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удалять или изменять сведения об авторе, правообладателе, обозначения магазина, водяные знаки и иные средства идентификации правообладателя, если они присутствуют;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предоставлять сублицензии или иным образом пер</w:t>
      </w:r>
      <w:r w:rsidRPr="00F10E13">
        <w:rPr>
          <w:lang w:val="ru-RU"/>
        </w:rPr>
        <w:t>едавать третьим лицам право самостоятельного распространения материала.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2.7. </w:t>
      </w:r>
      <w:r w:rsidRPr="00F10E13">
        <w:rPr>
          <w:lang w:val="ru-RU"/>
        </w:rPr>
        <w:t>Приобретение цифрового материала не предоставляет Покупателю исключительных прав и не означает передачу оригинала произведения либо исключительного права на него.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t>3. Права и обяза</w:t>
      </w:r>
      <w:r w:rsidRPr="00F10E13">
        <w:rPr>
          <w:lang w:val="ru-RU"/>
        </w:rPr>
        <w:t>нности Сторон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3.1. </w:t>
      </w:r>
      <w:r w:rsidRPr="00F10E13">
        <w:rPr>
          <w:lang w:val="ru-RU"/>
        </w:rPr>
        <w:t>Продавец вправе: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требовать оплаты заказа до предоставления доступа к цифровому материалу;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изменять ассортимент, описание и цены материалов до момента оплаты конкретного заказа;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принимать меры по защите авторских и исключительных пр</w:t>
      </w:r>
      <w:r w:rsidRPr="00F10E13">
        <w:rPr>
          <w:lang w:val="ru-RU"/>
        </w:rPr>
        <w:t>ав при выявлении незаконного распространения приобретенных материалов;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 xml:space="preserve">• привлекать платежных, </w:t>
      </w:r>
      <w:proofErr w:type="spellStart"/>
      <w:r w:rsidRPr="00F10E13">
        <w:rPr>
          <w:lang w:val="ru-RU"/>
        </w:rPr>
        <w:t>хостинговых</w:t>
      </w:r>
      <w:proofErr w:type="spellEnd"/>
      <w:r w:rsidRPr="00F10E13">
        <w:rPr>
          <w:lang w:val="ru-RU"/>
        </w:rPr>
        <w:t>, почтовых и иных технических операторов, необходимых для исполнения заказа.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lastRenderedPageBreak/>
        <w:t xml:space="preserve">3.2. </w:t>
      </w:r>
      <w:r w:rsidRPr="00F10E13">
        <w:rPr>
          <w:lang w:val="ru-RU"/>
        </w:rPr>
        <w:t>Продавец обязуется: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предоставить Покупателю достоверную информацию</w:t>
      </w:r>
      <w:r w:rsidRPr="00F10E13">
        <w:rPr>
          <w:lang w:val="ru-RU"/>
        </w:rPr>
        <w:t xml:space="preserve"> о существенных характеристиках цифрового материала в объеме, необходимом для осознанного выбора;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после подтверждения оплаты предоставить доступ к цифровому материалу способом, указанным на Сайте или при оформлении заказа;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 xml:space="preserve">• предоставить цифровой </w:t>
      </w:r>
      <w:r w:rsidRPr="00F10E13">
        <w:rPr>
          <w:lang w:val="ru-RU"/>
        </w:rPr>
        <w:t>материал, соответствующий описанию и заявленному формату;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иметь необходимые права и полномочия для предоставления Покупателю права использования материала в согласованных пределах;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рассматривать обращения Покупателя по вопросам получения и работоспособ</w:t>
      </w:r>
      <w:r w:rsidRPr="00F10E13">
        <w:rPr>
          <w:lang w:val="ru-RU"/>
        </w:rPr>
        <w:t>ности цифрового материала.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3.3. </w:t>
      </w:r>
      <w:r w:rsidRPr="00F10E13">
        <w:rPr>
          <w:lang w:val="ru-RU"/>
        </w:rPr>
        <w:t>Покупатель вправе: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получить оплаченный цифровой материал в соответствии с его описанием и условиями заказа;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получать необходимую информацию о составе, формате и порядке получения материала;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обратиться к Продавцу при не</w:t>
      </w:r>
      <w:r w:rsidRPr="00F10E13">
        <w:rPr>
          <w:lang w:val="ru-RU"/>
        </w:rPr>
        <w:t>получении доступа, повреждении файла, несоответствии материала описанию или иной проблеме, относящейся к исполнению заказа;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пользоваться правами, предоставленными императивными нормами законодательства Российской Федерации.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3.4. </w:t>
      </w:r>
      <w:r w:rsidRPr="00F10E13">
        <w:rPr>
          <w:lang w:val="ru-RU"/>
        </w:rPr>
        <w:t>Покупатель обязуется: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 xml:space="preserve">• </w:t>
      </w:r>
      <w:r w:rsidRPr="00F10E13">
        <w:rPr>
          <w:lang w:val="ru-RU"/>
        </w:rPr>
        <w:t>указывать достоверные контактные данные, необходимые для исполнения заказа;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до оплаты ознакомиться с описанием, форматом, составом и иными характеристиками выбранного материала;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оплатить заказ в установленном порядке;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не передавать третьим лицам файл</w:t>
      </w:r>
      <w:r w:rsidRPr="00F10E13">
        <w:rPr>
          <w:lang w:val="ru-RU"/>
        </w:rPr>
        <w:t>ы, ссылки, учетные данные и иные средства доступа, если такая передача не разрешена настоящей Офертой или карточкой материала;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соблюдать авторские, исключительные и иные права правообладателей.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t>4. Цена и порядок расчетов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4.1. </w:t>
      </w:r>
      <w:r w:rsidRPr="00F10E13">
        <w:rPr>
          <w:lang w:val="ru-RU"/>
        </w:rPr>
        <w:t>Цена каждого цифрового матер</w:t>
      </w:r>
      <w:r w:rsidRPr="00F10E13">
        <w:rPr>
          <w:lang w:val="ru-RU"/>
        </w:rPr>
        <w:t>иала указывается на Сайте в российских рублях. Итоговая стоимость заказа определяется на странице оформления заказа до его оплаты.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4.2. </w:t>
      </w:r>
      <w:r w:rsidRPr="00F10E13">
        <w:rPr>
          <w:lang w:val="ru-RU"/>
        </w:rPr>
        <w:t>Оплата производится безналичным способом с использованием вариантов оплаты, доступных Покупателю на Сайте.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4.3. </w:t>
      </w:r>
      <w:r w:rsidRPr="00F10E13">
        <w:rPr>
          <w:lang w:val="ru-RU"/>
        </w:rPr>
        <w:t>Обязанно</w:t>
      </w:r>
      <w:r w:rsidRPr="00F10E13">
        <w:rPr>
          <w:lang w:val="ru-RU"/>
        </w:rPr>
        <w:t>сть Покупателя по оплате считается исполненной после подтверждения успешного платежа соответствующим платежным оператором и отражения оплаты в системе Продавца.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4.4. </w:t>
      </w:r>
      <w:r w:rsidRPr="00F10E13">
        <w:rPr>
          <w:lang w:val="ru-RU"/>
        </w:rPr>
        <w:t>Продавец вправе изменять цены на Сайте в одностороннем порядке. Изменение цены после успеш</w:t>
      </w:r>
      <w:r w:rsidRPr="00F10E13">
        <w:rPr>
          <w:lang w:val="ru-RU"/>
        </w:rPr>
        <w:t>ной оплаты конкретного заказа не изменяет стоимость уже оплаченного заказа.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4.5. </w:t>
      </w:r>
      <w:r w:rsidRPr="00F10E13">
        <w:rPr>
          <w:lang w:val="ru-RU"/>
        </w:rPr>
        <w:t>Если вследствие технической ошибки на Сайте была отображена очевидно некорректная цена, Стороны урегулируют вопрос в соответствии с действующим законодательством Российской Фе</w:t>
      </w:r>
      <w:r w:rsidRPr="00F10E13">
        <w:rPr>
          <w:lang w:val="ru-RU"/>
        </w:rPr>
        <w:t>дерации и фактическими обстоятельствами заказа.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lastRenderedPageBreak/>
        <w:t>5. Передача цифрового материала, качество, отказ и возврат денежных средств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5.1. </w:t>
      </w:r>
      <w:r w:rsidRPr="00F10E13">
        <w:rPr>
          <w:lang w:val="ru-RU"/>
        </w:rPr>
        <w:t>Цифровой материал предоставляется электронным способом. Конкретный способ предоставления доступа определяется информацией на Са</w:t>
      </w:r>
      <w:r w:rsidRPr="00F10E13">
        <w:rPr>
          <w:lang w:val="ru-RU"/>
        </w:rPr>
        <w:t>йте и может предусматривать, в частности, выдачу ссылки для скачивания, отправку электронного сообщения, предоставление доступа в личном кабинете либо иной электронный способ.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5.2. </w:t>
      </w:r>
      <w:r w:rsidRPr="00F10E13">
        <w:rPr>
          <w:lang w:val="ru-RU"/>
        </w:rPr>
        <w:t>Обязанность Продавца по предоставлению цифрового материала считается исполн</w:t>
      </w:r>
      <w:r w:rsidRPr="00F10E13">
        <w:rPr>
          <w:lang w:val="ru-RU"/>
        </w:rPr>
        <w:t>енной с момента, когда Покупателю предоставлена техническая возможность получить оплаченный материал способом, предусмотренным заказом.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5.3. </w:t>
      </w:r>
      <w:r w:rsidRPr="00F10E13">
        <w:rPr>
          <w:lang w:val="ru-RU"/>
        </w:rPr>
        <w:t>Если срок предоставления доступа отдельно не указан на Сайте, доступ предоставляется после подтверждения оплаты в р</w:t>
      </w:r>
      <w:r w:rsidRPr="00F10E13">
        <w:rPr>
          <w:lang w:val="ru-RU"/>
        </w:rPr>
        <w:t>азумный срок с учетом работы платежных и технических систем.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5.4. </w:t>
      </w:r>
      <w:r w:rsidRPr="00F10E13">
        <w:rPr>
          <w:lang w:val="ru-RU"/>
        </w:rPr>
        <w:t>Покупатель несет ответственность за правильность указанного им адреса электронной почты и иных контактных данных. Если доступ был направлен по данным, указанным Покупателем при оформлении за</w:t>
      </w:r>
      <w:r w:rsidRPr="00F10E13">
        <w:rPr>
          <w:lang w:val="ru-RU"/>
        </w:rPr>
        <w:t xml:space="preserve">каза, ошибка в таких данных сама по себе не свидетельствует о </w:t>
      </w:r>
      <w:proofErr w:type="spellStart"/>
      <w:r w:rsidRPr="00F10E13">
        <w:rPr>
          <w:lang w:val="ru-RU"/>
        </w:rPr>
        <w:t>непредоставлении</w:t>
      </w:r>
      <w:proofErr w:type="spellEnd"/>
      <w:r w:rsidRPr="00F10E13">
        <w:rPr>
          <w:lang w:val="ru-RU"/>
        </w:rPr>
        <w:t xml:space="preserve"> материала Продавцом. После подтверждения заказа Продавец вправе повторно направить доступ на исправленный адрес.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5.5. </w:t>
      </w:r>
      <w:r w:rsidRPr="00F10E13">
        <w:rPr>
          <w:lang w:val="ru-RU"/>
        </w:rPr>
        <w:t xml:space="preserve">До предоставления доступа к цифровому материалу Покупатель </w:t>
      </w:r>
      <w:r w:rsidRPr="00F10E13">
        <w:rPr>
          <w:lang w:val="ru-RU"/>
        </w:rPr>
        <w:t>вправе обратиться к Продавцу с просьбой об отмене заказа. Возможность и порядок возврата денежных средств определяются с учетом стадии исполнения договора и обязательных требований законодательства Российской Федерации.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5.6. </w:t>
      </w:r>
      <w:r w:rsidRPr="00F10E13">
        <w:rPr>
          <w:lang w:val="ru-RU"/>
        </w:rPr>
        <w:t>После надлежащего предоставлени</w:t>
      </w:r>
      <w:r w:rsidRPr="00F10E13">
        <w:rPr>
          <w:lang w:val="ru-RU"/>
        </w:rPr>
        <w:t>я доступа к цифровому материалу возврат самого электронного экземпляра Продавцу объективно не восстанавливает контроль Продавца над уже переданной копией. Поэтому требование об отказе от надлежащим образом предоставленного цифрового материала и возврате де</w:t>
      </w:r>
      <w:r w:rsidRPr="00F10E13">
        <w:rPr>
          <w:lang w:val="ru-RU"/>
        </w:rPr>
        <w:t>нежных средств рассматривается с учетом правовой природы конкретного договора, фактического исполнения и императивных норм законодательства Российской Федерации. Настоящий пункт не ограничивает права потребителя, которые не могут быть ограничены соглашение</w:t>
      </w:r>
      <w:r w:rsidRPr="00F10E13">
        <w:rPr>
          <w:lang w:val="ru-RU"/>
        </w:rPr>
        <w:t>м сторон.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5.7. </w:t>
      </w:r>
      <w:r w:rsidRPr="00F10E13">
        <w:rPr>
          <w:lang w:val="ru-RU"/>
        </w:rPr>
        <w:t>Покупатель вправе обратиться к Продавцу, если: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оплаченный доступ не предоставлен по причинам, зависящим от Продавца;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предоставлен другой цифровой материал вместо оплаченного;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файл поврежден, не открывается или технически непригоден для</w:t>
      </w:r>
      <w:r w:rsidRPr="00F10E13">
        <w:rPr>
          <w:lang w:val="ru-RU"/>
        </w:rPr>
        <w:t xml:space="preserve"> использования по причинам, возникшим до его передачи Покупателю;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цифровой материал существенно не соответствует описанию, составу или формату, указанным в карточке материала на момент покупки;</w:t>
      </w:r>
    </w:p>
    <w:p w:rsidR="00DF3AC3" w:rsidRPr="00F10E13" w:rsidRDefault="008C5617">
      <w:pPr>
        <w:spacing w:after="50" w:line="252" w:lineRule="auto"/>
        <w:ind w:left="652" w:hanging="255"/>
        <w:rPr>
          <w:lang w:val="ru-RU"/>
        </w:rPr>
      </w:pPr>
      <w:r w:rsidRPr="00F10E13">
        <w:rPr>
          <w:lang w:val="ru-RU"/>
        </w:rPr>
        <w:t>• произошло повторное списание денежных средств за один и то</w:t>
      </w:r>
      <w:r w:rsidRPr="00F10E13">
        <w:rPr>
          <w:lang w:val="ru-RU"/>
        </w:rPr>
        <w:t>т же заказ.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5.8. </w:t>
      </w:r>
      <w:r w:rsidRPr="00F10E13">
        <w:rPr>
          <w:lang w:val="ru-RU"/>
        </w:rPr>
        <w:t>В зависимости от характера нарушения Продавец может повторно предоставить доступ, заменить файл корректным, устранить технический недостаток, предоставить недостающую часть материала, уменьшить цену либо вернуть денежные средства в случаях</w:t>
      </w:r>
      <w:r w:rsidRPr="00F10E13">
        <w:rPr>
          <w:lang w:val="ru-RU"/>
        </w:rPr>
        <w:t xml:space="preserve"> и порядке, предусмотренных законодательством Российской Федерации и настоящей Офертой.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5.9. </w:t>
      </w:r>
      <w:r w:rsidRPr="00F10E13">
        <w:rPr>
          <w:lang w:val="ru-RU"/>
        </w:rPr>
        <w:t xml:space="preserve">Не признается недостатком невозможность открыть или использовать цифровой материал из-за отсутствия у Покупателя необходимого программного обеспечения, </w:t>
      </w:r>
      <w:r w:rsidRPr="00F10E13">
        <w:rPr>
          <w:lang w:val="ru-RU"/>
        </w:rPr>
        <w:t>несовместимости его устройства или иных особенностей технической среды Покупателя, если соответствующий формат или технические требования были указаны до оплаты.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lastRenderedPageBreak/>
        <w:t xml:space="preserve">5.10. </w:t>
      </w:r>
      <w:r w:rsidRPr="00F10E13">
        <w:rPr>
          <w:lang w:val="ru-RU"/>
        </w:rPr>
        <w:t>Обращение по заказу направляется на контактный адрес электронной почты Продавца, указанн</w:t>
      </w:r>
      <w:r w:rsidRPr="00F10E13">
        <w:rPr>
          <w:lang w:val="ru-RU"/>
        </w:rPr>
        <w:t>ый в разделе 11. Для ускорения рассмотрения Покупатель может указать номер заказа, адрес электронной почты, использованный при покупке, и описание возникшей проблемы.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5.11. </w:t>
      </w:r>
      <w:r w:rsidRPr="00F10E13">
        <w:rPr>
          <w:lang w:val="ru-RU"/>
        </w:rPr>
        <w:t>Возврат денежных средств, если для него имеются основания, осуществляется в сроки и</w:t>
      </w:r>
      <w:r w:rsidRPr="00F10E13">
        <w:rPr>
          <w:lang w:val="ru-RU"/>
        </w:rPr>
        <w:t xml:space="preserve"> способом, предусмотренными законодательством Российской Федерации, с учетом правил соответствующего платежного оператора.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t>6. Персональные данные, конфиденциальность и безопасность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6.1. </w:t>
      </w:r>
      <w:r w:rsidRPr="00F10E13">
        <w:rPr>
          <w:lang w:val="ru-RU"/>
        </w:rPr>
        <w:t>При оформлении и исполнении заказа Продавец вправе обрабатывать персон</w:t>
      </w:r>
      <w:r w:rsidRPr="00F10E13">
        <w:rPr>
          <w:lang w:val="ru-RU"/>
        </w:rPr>
        <w:t>альные данные Покупателя в объеме, необходимом для заключения и исполнения договора, проведения оплаты, предоставления доступа, направления сообщений по заказу и рассмотрения обращений.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6.2. </w:t>
      </w:r>
      <w:r w:rsidRPr="00F10E13">
        <w:rPr>
          <w:lang w:val="ru-RU"/>
        </w:rPr>
        <w:t xml:space="preserve">Обработка персональных данных осуществляется в соответствии с </w:t>
      </w:r>
      <w:r w:rsidRPr="00F10E13">
        <w:rPr>
          <w:lang w:val="ru-RU"/>
        </w:rPr>
        <w:t>законодательством Российской Федерации о персональных данных и информационной безопасности.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6.3. </w:t>
      </w:r>
      <w:r w:rsidRPr="00F10E13">
        <w:rPr>
          <w:lang w:val="ru-RU"/>
        </w:rPr>
        <w:t xml:space="preserve">Продавец обязуется принимать предусмотренные законодательством необходимые правовые, организационные и технические меры для защиты обрабатываемых персональных </w:t>
      </w:r>
      <w:r w:rsidRPr="00F10E13">
        <w:rPr>
          <w:lang w:val="ru-RU"/>
        </w:rPr>
        <w:t>данных.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6.4. </w:t>
      </w:r>
      <w:r w:rsidRPr="00F10E13">
        <w:rPr>
          <w:lang w:val="ru-RU"/>
        </w:rPr>
        <w:t xml:space="preserve">Передача необходимых данных платежным, почтовым, </w:t>
      </w:r>
      <w:proofErr w:type="spellStart"/>
      <w:r w:rsidRPr="00F10E13">
        <w:rPr>
          <w:lang w:val="ru-RU"/>
        </w:rPr>
        <w:t>хостинговым</w:t>
      </w:r>
      <w:proofErr w:type="spellEnd"/>
      <w:r w:rsidRPr="00F10E13">
        <w:rPr>
          <w:lang w:val="ru-RU"/>
        </w:rPr>
        <w:t xml:space="preserve"> и иным техническим операторам допускается в объеме, необходимом для исполнения заказа и функционирования Сайта, при наличии законных оснований.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6.5. </w:t>
      </w:r>
      <w:r w:rsidRPr="00F10E13">
        <w:rPr>
          <w:lang w:val="ru-RU"/>
        </w:rPr>
        <w:t>Если на Сайте размещена отдельная</w:t>
      </w:r>
      <w:r w:rsidRPr="00F10E13">
        <w:rPr>
          <w:lang w:val="ru-RU"/>
        </w:rPr>
        <w:t xml:space="preserve"> Политика обработки персональных данных, она применяется к соответствующим отношениям в части, не противоречащей настоящей Оферте и законодательству Российской Федерации.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t>7. Обстоятельства непреодолимой силы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7.1. </w:t>
      </w:r>
      <w:r w:rsidRPr="00F10E13">
        <w:rPr>
          <w:lang w:val="ru-RU"/>
        </w:rPr>
        <w:t>Стороны освобождаются от ответственности за</w:t>
      </w:r>
      <w:r w:rsidRPr="00F10E13">
        <w:rPr>
          <w:lang w:val="ru-RU"/>
        </w:rPr>
        <w:t xml:space="preserve"> полное или частичное неисполнение обязательств, если оно стало следствием чрезвычайных и непредотвратимых при данных условиях обстоятельств, возникших после заключения договора и непосредственно повлиявших на возможность его исполнения.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7.2. </w:t>
      </w:r>
      <w:r w:rsidRPr="00F10E13">
        <w:rPr>
          <w:lang w:val="ru-RU"/>
        </w:rPr>
        <w:t>К таким обсто</w:t>
      </w:r>
      <w:r w:rsidRPr="00F10E13">
        <w:rPr>
          <w:lang w:val="ru-RU"/>
        </w:rPr>
        <w:t>ятельствам могут относиться стихийные бедствия, военные действия, массовые сбои инфраструктуры связи и энергоснабжения, запретительные акты органов государственной власти и иные обстоятельства, отвечающие установленным законом признакам непреодолимой силы.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7.3. </w:t>
      </w:r>
      <w:r w:rsidRPr="00F10E13">
        <w:rPr>
          <w:lang w:val="ru-RU"/>
        </w:rPr>
        <w:t>Сторона, для которой возникла невозможность исполнения, обязана уведомить другую Сторону в разумный срок, если такое уведомление объективно возможно.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7.4. </w:t>
      </w:r>
      <w:r w:rsidRPr="00F10E13">
        <w:rPr>
          <w:lang w:val="ru-RU"/>
        </w:rPr>
        <w:t>Обычные технические неисправности, недостаток денежных средств, отсутствие необходимого програм</w:t>
      </w:r>
      <w:r w:rsidRPr="00F10E13">
        <w:rPr>
          <w:lang w:val="ru-RU"/>
        </w:rPr>
        <w:t>много обеспечения у Покупателя и иные обстоятельства, не отвечающие признакам непреодолимой силы, сами по себе к форс-мажору не относятся.</w:t>
      </w:r>
    </w:p>
    <w:p w:rsidR="00DF3AC3" w:rsidRDefault="008C5617">
      <w:pPr>
        <w:pStyle w:val="1"/>
      </w:pPr>
      <w:r>
        <w:t>8. Ответственность Сторон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8.1. </w:t>
      </w:r>
      <w:r w:rsidRPr="00F10E13">
        <w:rPr>
          <w:lang w:val="ru-RU"/>
        </w:rPr>
        <w:t>За неисполнение или ненадлежащее исполнение обязательств Стороны несут ответственность</w:t>
      </w:r>
      <w:r w:rsidRPr="00F10E13">
        <w:rPr>
          <w:lang w:val="ru-RU"/>
        </w:rPr>
        <w:t xml:space="preserve"> в соответствии с настоящей Офертой и законодательством Российской Федерации.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8.2. </w:t>
      </w:r>
      <w:r w:rsidRPr="00F10E13">
        <w:rPr>
          <w:lang w:val="ru-RU"/>
        </w:rPr>
        <w:t>Продавец не отвечает за невозможность использования цифрового материала, вызванную неисправностью устройства Покупателя, отсутствием необходимого программного обеспечения, н</w:t>
      </w:r>
      <w:r w:rsidRPr="00F10E13">
        <w:rPr>
          <w:lang w:val="ru-RU"/>
        </w:rPr>
        <w:t xml:space="preserve">астройками безопасности, ограничениями корпоративной или образовательной сети либо </w:t>
      </w:r>
      <w:r w:rsidRPr="00F10E13">
        <w:rPr>
          <w:lang w:val="ru-RU"/>
        </w:rPr>
        <w:lastRenderedPageBreak/>
        <w:t xml:space="preserve">качеством </w:t>
      </w:r>
      <w:proofErr w:type="spellStart"/>
      <w:r w:rsidRPr="00F10E13">
        <w:rPr>
          <w:lang w:val="ru-RU"/>
        </w:rPr>
        <w:t>интернет-соединения</w:t>
      </w:r>
      <w:proofErr w:type="spellEnd"/>
      <w:r w:rsidRPr="00F10E13">
        <w:rPr>
          <w:lang w:val="ru-RU"/>
        </w:rPr>
        <w:t xml:space="preserve"> Покупателя, если формат и необходимые технические требования были раскрыты до оплаты.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8.3. </w:t>
      </w:r>
      <w:r w:rsidRPr="00F10E13">
        <w:rPr>
          <w:lang w:val="ru-RU"/>
        </w:rPr>
        <w:t>Продавец не гарантирует достижение конкретного образ</w:t>
      </w:r>
      <w:r w:rsidRPr="00F10E13">
        <w:rPr>
          <w:lang w:val="ru-RU"/>
        </w:rPr>
        <w:t>овательного, учебного, экзаменационного, профессионального или иного результата вследствие использования цифрового материала, поскольку такой результат зависит от множества обстоятельств, находящихся вне контроля Продавца.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8.4. </w:t>
      </w:r>
      <w:r w:rsidRPr="00F10E13">
        <w:rPr>
          <w:lang w:val="ru-RU"/>
        </w:rPr>
        <w:t>Покупатель несет ответственн</w:t>
      </w:r>
      <w:r w:rsidRPr="00F10E13">
        <w:rPr>
          <w:lang w:val="ru-RU"/>
        </w:rPr>
        <w:t>ость за нарушение предоставленных ему лицензионных прав и за незаконное распространение цифровых материалов в соответствии с законодательством Российской Федерации.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8.5. </w:t>
      </w:r>
      <w:r w:rsidRPr="00F10E13">
        <w:rPr>
          <w:lang w:val="ru-RU"/>
        </w:rPr>
        <w:t>Ни одно положение настоящей Оферты не исключает и не уменьшает ответственность Продавц</w:t>
      </w:r>
      <w:r w:rsidRPr="00F10E13">
        <w:rPr>
          <w:lang w:val="ru-RU"/>
        </w:rPr>
        <w:t>а в случаях, когда такое исключение или уменьшение запрещено императивными нормами законодательства о защите прав потребителей.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t>9. Срок действия Оферты и изменение условий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9.1. </w:t>
      </w:r>
      <w:r w:rsidRPr="00F10E13">
        <w:rPr>
          <w:lang w:val="ru-RU"/>
        </w:rPr>
        <w:t xml:space="preserve">Оферта вступает в силу с момента ее размещения на Сайте и действует до момента </w:t>
      </w:r>
      <w:r w:rsidRPr="00F10E13">
        <w:rPr>
          <w:lang w:val="ru-RU"/>
        </w:rPr>
        <w:t>ее отзыва или замены новой редакцией.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9.2. </w:t>
      </w:r>
      <w:r w:rsidRPr="00F10E13">
        <w:rPr>
          <w:lang w:val="ru-RU"/>
        </w:rPr>
        <w:t>Продавец вправе изменять Оферту путем размещения новой редакции на Сайте.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9.3. </w:t>
      </w:r>
      <w:r w:rsidRPr="00F10E13">
        <w:rPr>
          <w:lang w:val="ru-RU"/>
        </w:rPr>
        <w:t>К заказу применяется редакция Оферты, действовавшая на момент его акцепта Покупателем, если иное не предусмотрено обязательными нормам</w:t>
      </w:r>
      <w:r w:rsidRPr="00F10E13">
        <w:rPr>
          <w:lang w:val="ru-RU"/>
        </w:rPr>
        <w:t>и законодательства или последующая редакция прямо не улучшает положение Покупателя.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9.4. </w:t>
      </w:r>
      <w:r w:rsidRPr="00F10E13">
        <w:rPr>
          <w:lang w:val="ru-RU"/>
        </w:rPr>
        <w:t>Изменение Оферты не изменяет в одностороннем порядке условия уже полностью оплаченного и заключенного договора, если иное не предусмотрено законом.</w:t>
      </w:r>
    </w:p>
    <w:p w:rsidR="00DF3AC3" w:rsidRPr="00F10E13" w:rsidRDefault="008C5617">
      <w:pPr>
        <w:pStyle w:val="1"/>
        <w:rPr>
          <w:lang w:val="ru-RU"/>
        </w:rPr>
      </w:pPr>
      <w:r w:rsidRPr="00F10E13">
        <w:rPr>
          <w:lang w:val="ru-RU"/>
        </w:rPr>
        <w:t xml:space="preserve">10. Дополнительные </w:t>
      </w:r>
      <w:r w:rsidRPr="00F10E13">
        <w:rPr>
          <w:lang w:val="ru-RU"/>
        </w:rPr>
        <w:t>условия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10.1. </w:t>
      </w:r>
      <w:r w:rsidRPr="00F10E13">
        <w:rPr>
          <w:lang w:val="ru-RU"/>
        </w:rPr>
        <w:t>К отношениям Сторон применяется законодательство Российской Федерации.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10.2. </w:t>
      </w:r>
      <w:r w:rsidRPr="00F10E13">
        <w:rPr>
          <w:lang w:val="ru-RU"/>
        </w:rPr>
        <w:t xml:space="preserve">Стороны стремятся урегулировать разногласия путем обращения и обмена необходимой информацией. Направление претензии не ограничивает право потребителя на обращение в </w:t>
      </w:r>
      <w:r w:rsidRPr="00F10E13">
        <w:rPr>
          <w:lang w:val="ru-RU"/>
        </w:rPr>
        <w:t>суд или государственные органы в случаях, предусмотренных законом.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10.3. </w:t>
      </w:r>
      <w:r w:rsidRPr="00F10E13">
        <w:rPr>
          <w:lang w:val="ru-RU"/>
        </w:rPr>
        <w:t xml:space="preserve">Подсудность и порядок рассмотрения споров определяются законодательством Российской Федерации. Условия настоящей Оферты не изменяют установленную законом территориальную подсудность </w:t>
      </w:r>
      <w:r w:rsidRPr="00F10E13">
        <w:rPr>
          <w:lang w:val="ru-RU"/>
        </w:rPr>
        <w:t>споров с участием потребителей.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10.4. </w:t>
      </w:r>
      <w:r w:rsidRPr="00F10E13">
        <w:rPr>
          <w:lang w:val="ru-RU"/>
        </w:rPr>
        <w:t>Языком Оферты и основным языком взаимодействия Сторон является русский язык.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10.5. </w:t>
      </w:r>
      <w:r w:rsidRPr="00F10E13">
        <w:rPr>
          <w:lang w:val="ru-RU"/>
        </w:rPr>
        <w:t>Недействительность или неприменимость отдельного положения Оферты не влечет недействительность остальных ее положений.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10.6. </w:t>
      </w:r>
      <w:r w:rsidRPr="00F10E13">
        <w:rPr>
          <w:lang w:val="ru-RU"/>
        </w:rPr>
        <w:t xml:space="preserve">Ссылки на </w:t>
      </w:r>
      <w:r w:rsidRPr="00F10E13">
        <w:rPr>
          <w:lang w:val="ru-RU"/>
        </w:rPr>
        <w:t>сайты, сервисы и материалы третьих лиц могут размещаться на Сайте в информационных или технических целях. Продавец не определяет содержание и условия работы таких ресурсов, если прямо не указано иное.</w:t>
      </w:r>
    </w:p>
    <w:p w:rsidR="00DF3AC3" w:rsidRPr="00F10E13" w:rsidRDefault="008C5617">
      <w:pPr>
        <w:spacing w:after="80" w:line="259" w:lineRule="auto"/>
        <w:ind w:firstLine="425"/>
        <w:rPr>
          <w:lang w:val="ru-RU"/>
        </w:rPr>
      </w:pPr>
      <w:r w:rsidRPr="00F10E13">
        <w:rPr>
          <w:b/>
          <w:lang w:val="ru-RU"/>
        </w:rPr>
        <w:t xml:space="preserve">10.7. </w:t>
      </w:r>
      <w:r w:rsidRPr="00F10E13">
        <w:rPr>
          <w:lang w:val="ru-RU"/>
        </w:rPr>
        <w:t>Во всем, что прямо не урегулировано настоящей Офе</w:t>
      </w:r>
      <w:r w:rsidRPr="00F10E13">
        <w:rPr>
          <w:lang w:val="ru-RU"/>
        </w:rPr>
        <w:t>ртой, Стороны руководствуются действующим законодательством Российской Федерации.</w:t>
      </w:r>
    </w:p>
    <w:p w:rsidR="00DF3AC3" w:rsidRDefault="008C5617">
      <w:pPr>
        <w:pStyle w:val="1"/>
        <w:pageBreakBefore/>
      </w:pPr>
      <w:r>
        <w:lastRenderedPageBreak/>
        <w:t>11. Реквизиты Продавца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698"/>
        <w:gridCol w:w="5377"/>
      </w:tblGrid>
      <w:tr w:rsidR="00DF3AC3" w:rsidTr="00F10E13">
        <w:tc>
          <w:tcPr>
            <w:tcW w:w="4698" w:type="dxa"/>
          </w:tcPr>
          <w:p w:rsidR="00DF3AC3" w:rsidRDefault="008C5617">
            <w:r>
              <w:rPr>
                <w:b/>
                <w:sz w:val="21"/>
              </w:rPr>
              <w:t>Наименование магазина</w:t>
            </w:r>
          </w:p>
        </w:tc>
        <w:tc>
          <w:tcPr>
            <w:tcW w:w="5377" w:type="dxa"/>
          </w:tcPr>
          <w:p w:rsidR="00DF3AC3" w:rsidRDefault="008C5617">
            <w:r>
              <w:rPr>
                <w:sz w:val="21"/>
              </w:rPr>
              <w:t>Учебные материалы</w:t>
            </w:r>
          </w:p>
        </w:tc>
      </w:tr>
      <w:tr w:rsidR="00DF3AC3" w:rsidTr="00F10E13">
        <w:tc>
          <w:tcPr>
            <w:tcW w:w="4698" w:type="dxa"/>
          </w:tcPr>
          <w:p w:rsidR="00DF3AC3" w:rsidRDefault="008C5617">
            <w:r>
              <w:rPr>
                <w:b/>
                <w:sz w:val="21"/>
              </w:rPr>
              <w:t>Сайт</w:t>
            </w:r>
          </w:p>
        </w:tc>
        <w:tc>
          <w:tcPr>
            <w:tcW w:w="5377" w:type="dxa"/>
          </w:tcPr>
          <w:p w:rsidR="00DF3AC3" w:rsidRDefault="008C5617">
            <w:r>
              <w:rPr>
                <w:sz w:val="21"/>
              </w:rPr>
              <w:t>https://uchebnye-materialy.ru/</w:t>
            </w:r>
          </w:p>
        </w:tc>
      </w:tr>
      <w:tr w:rsidR="00DF3AC3" w:rsidTr="00F10E13">
        <w:tc>
          <w:tcPr>
            <w:tcW w:w="4698" w:type="dxa"/>
          </w:tcPr>
          <w:p w:rsidR="00DF3AC3" w:rsidRDefault="008C5617">
            <w:r>
              <w:rPr>
                <w:b/>
                <w:sz w:val="21"/>
              </w:rPr>
              <w:t>Полное наименование / ФИО Продавца</w:t>
            </w:r>
          </w:p>
        </w:tc>
        <w:tc>
          <w:tcPr>
            <w:tcW w:w="5377" w:type="dxa"/>
          </w:tcPr>
          <w:p w:rsidR="00F10E13" w:rsidRDefault="00F10E13">
            <w:pPr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Андрющенко </w:t>
            </w:r>
          </w:p>
          <w:p w:rsidR="00DF3AC3" w:rsidRDefault="00F10E13" w:rsidP="00F10E13">
            <w:r>
              <w:rPr>
                <w:sz w:val="21"/>
                <w:lang w:val="ru-RU"/>
              </w:rPr>
              <w:t>Ольга Викторовна</w:t>
            </w:r>
            <w:r w:rsidR="008C5617">
              <w:rPr>
                <w:sz w:val="21"/>
              </w:rPr>
              <w:t>_______________________________________</w:t>
            </w:r>
          </w:p>
        </w:tc>
      </w:tr>
      <w:tr w:rsidR="00DF3AC3" w:rsidTr="00F10E13">
        <w:tc>
          <w:tcPr>
            <w:tcW w:w="4698" w:type="dxa"/>
          </w:tcPr>
          <w:p w:rsidR="00DF3AC3" w:rsidRDefault="008C5617">
            <w:r>
              <w:rPr>
                <w:b/>
                <w:sz w:val="21"/>
              </w:rPr>
              <w:t>ИНН</w:t>
            </w:r>
          </w:p>
        </w:tc>
        <w:tc>
          <w:tcPr>
            <w:tcW w:w="5377" w:type="dxa"/>
          </w:tcPr>
          <w:p w:rsidR="00DF3AC3" w:rsidRDefault="008C5617">
            <w:r>
              <w:rPr>
                <w:sz w:val="21"/>
              </w:rPr>
              <w:t>775100093900</w:t>
            </w:r>
          </w:p>
        </w:tc>
      </w:tr>
      <w:tr w:rsidR="00DF3AC3" w:rsidTr="00F10E13">
        <w:tc>
          <w:tcPr>
            <w:tcW w:w="4698" w:type="dxa"/>
          </w:tcPr>
          <w:p w:rsidR="00DF3AC3" w:rsidRDefault="008C5617">
            <w:r>
              <w:rPr>
                <w:b/>
                <w:sz w:val="21"/>
              </w:rPr>
              <w:t>ОГРН / ОГРНИП</w:t>
            </w:r>
          </w:p>
        </w:tc>
        <w:tc>
          <w:tcPr>
            <w:tcW w:w="5377" w:type="dxa"/>
          </w:tcPr>
          <w:p w:rsidR="00DF3AC3" w:rsidRDefault="008C5617">
            <w:r>
              <w:rPr>
                <w:sz w:val="21"/>
              </w:rPr>
              <w:t>________________________________________</w:t>
            </w:r>
          </w:p>
        </w:tc>
      </w:tr>
      <w:tr w:rsidR="00DF3AC3" w:rsidTr="00F10E13">
        <w:tc>
          <w:tcPr>
            <w:tcW w:w="4698" w:type="dxa"/>
          </w:tcPr>
          <w:p w:rsidR="00DF3AC3" w:rsidRDefault="008C5617">
            <w:proofErr w:type="spellStart"/>
            <w:r>
              <w:rPr>
                <w:b/>
                <w:sz w:val="21"/>
              </w:rPr>
              <w:t>Контактный</w:t>
            </w:r>
            <w:proofErr w:type="spellEnd"/>
            <w:r>
              <w:rPr>
                <w:b/>
                <w:sz w:val="21"/>
              </w:rPr>
              <w:t xml:space="preserve"> e-mail</w:t>
            </w:r>
          </w:p>
        </w:tc>
        <w:tc>
          <w:tcPr>
            <w:tcW w:w="5377" w:type="dxa"/>
          </w:tcPr>
          <w:p w:rsidR="00DF3AC3" w:rsidRDefault="00F10E13">
            <w:r>
              <w:rPr>
                <w:sz w:val="21"/>
              </w:rPr>
              <w:t>support@uchebnye-materialy.ru</w:t>
            </w:r>
          </w:p>
        </w:tc>
      </w:tr>
    </w:tbl>
    <w:p w:rsidR="008C5617" w:rsidRDefault="008C5617">
      <w:bookmarkStart w:id="0" w:name="_GoBack"/>
      <w:bookmarkEnd w:id="0"/>
    </w:p>
    <w:sectPr w:rsidR="008C5617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C5617"/>
    <w:rsid w:val="00AA1D8D"/>
    <w:rsid w:val="00B47730"/>
    <w:rsid w:val="00CB0664"/>
    <w:rsid w:val="00DF3AC3"/>
    <w:rsid w:val="00F10E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4480B"/>
  <w14:defaultImageDpi w14:val="300"/>
  <w15:docId w15:val="{7CEC5085-6507-4800-847B-3CFC2DA2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7E44E2-03F7-4AB0-A141-9871C44F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Ольга</cp:lastModifiedBy>
  <cp:revision>2</cp:revision>
  <dcterms:created xsi:type="dcterms:W3CDTF">2013-12-23T23:15:00Z</dcterms:created>
  <dcterms:modified xsi:type="dcterms:W3CDTF">2026-08-11T18:00:00Z</dcterms:modified>
  <cp:category/>
</cp:coreProperties>
</file>